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Y="327"/>
        <w:tblW w:w="11023" w:type="dxa"/>
        <w:tblLook w:val="04A0" w:firstRow="1" w:lastRow="0" w:firstColumn="1" w:lastColumn="0" w:noHBand="0" w:noVBand="1"/>
      </w:tblPr>
      <w:tblGrid>
        <w:gridCol w:w="532"/>
        <w:gridCol w:w="4065"/>
        <w:gridCol w:w="1007"/>
        <w:gridCol w:w="98"/>
        <w:gridCol w:w="1017"/>
        <w:gridCol w:w="4297"/>
        <w:gridCol w:w="7"/>
      </w:tblGrid>
      <w:tr w:rsidR="00017218" w:rsidRPr="00D20C1B" w:rsidTr="00B7190D">
        <w:tc>
          <w:tcPr>
            <w:tcW w:w="11023" w:type="dxa"/>
            <w:gridSpan w:val="7"/>
            <w:shd w:val="clear" w:color="auto" w:fill="D9D9D9" w:themeFill="background1" w:themeFillShade="D9"/>
          </w:tcPr>
          <w:p w:rsidR="00017218" w:rsidRPr="00985761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VERIFICACIÓN DE LEGAJO</w:t>
            </w:r>
          </w:p>
        </w:tc>
      </w:tr>
      <w:tr w:rsidR="00017218" w:rsidRPr="00D20C1B" w:rsidTr="00B7190D">
        <w:trPr>
          <w:trHeight w:val="5153"/>
        </w:trPr>
        <w:tc>
          <w:tcPr>
            <w:tcW w:w="11023" w:type="dxa"/>
            <w:gridSpan w:val="7"/>
          </w:tcPr>
          <w:p w:rsidR="00017218" w:rsidRPr="00C7780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C7780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 xml:space="preserve">Funcionario: ________________________________    C.I.: ____________________    Cargo: ____________________    </w:t>
            </w:r>
          </w:p>
          <w:p w:rsidR="00017218" w:rsidRPr="00C7780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C7780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Fecha: ____/____/______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14"/>
                <w:szCs w:val="20"/>
                <w:lang w:val="es-PY"/>
              </w:rPr>
            </w:pP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Será responsabilidad exclusiva del funcionario público presentar, dentro del plazo establecido, la documentación requerida para la actualización de su legajo, así como verificar la autenticidad, vigencia y exactitud de los</w:t>
            </w:r>
            <w:bookmarkStart w:id="0" w:name="_GoBack"/>
            <w:bookmarkEnd w:id="0"/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antecedentes presentados, </w:t>
            </w:r>
            <w:r w:rsidRPr="00D20C1B">
              <w:rPr>
                <w:rStyle w:val="Textoennegrita"/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a los efectos de su encuadramiento en la Carrera del Servicio Civil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.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b/>
                <w:i/>
                <w:sz w:val="12"/>
                <w:szCs w:val="20"/>
                <w:lang w:val="es-PY"/>
              </w:rPr>
            </w:pP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El funcionario deberá: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Segoe UI Symbol" w:eastAsia="MS Gothic" w:hAnsi="Segoe UI Symbol" w:cs="Segoe UI Symbol"/>
                <w:i/>
                <w:sz w:val="20"/>
                <w:szCs w:val="20"/>
                <w:lang w:val="es-PY"/>
              </w:rPr>
              <w:t>✔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Solicitar asistencia cuando lo requiera.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Segoe UI Symbol" w:eastAsia="MS Gothic" w:hAnsi="Segoe UI Symbol" w:cs="Segoe UI Symbol"/>
                <w:i/>
                <w:sz w:val="20"/>
                <w:szCs w:val="20"/>
                <w:lang w:val="es-PY"/>
              </w:rPr>
              <w:t>✔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Verificar personalmente su legajo a través de los medios habilitados, asegurándose de que obren los documentos necesarios, antes de firmar el formulario de documentos obrantes en el legajo, tales como: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>El documento que respalde el nombramiento;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>El documento que respalde el nivel de formación académica alcanzado;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>El documento que respalde la última evaluación de desempeño;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>Los certificados de capacitación de los últimos diez (10) años;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 xml:space="preserve">Las constancias o documentos </w:t>
            </w:r>
            <w:proofErr w:type="spellStart"/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respaldatorios</w:t>
            </w:r>
            <w:proofErr w:type="spellEnd"/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de los premios o reconocimientos recibidos.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 xml:space="preserve">Las constancias o documentos </w:t>
            </w:r>
            <w:proofErr w:type="spellStart"/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respaldatorios</w:t>
            </w:r>
            <w:proofErr w:type="spellEnd"/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del voluntariado realizado. 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•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ab/>
              <w:t>Otros documentos necesarios.</w:t>
            </w:r>
          </w:p>
          <w:p w:rsidR="00017218" w:rsidRPr="00D20C1B" w:rsidRDefault="00017218" w:rsidP="00B71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Segoe UI Symbol" w:eastAsia="MS Gothic" w:hAnsi="Segoe UI Symbol" w:cs="Segoe UI Symbol"/>
                <w:i/>
                <w:sz w:val="20"/>
                <w:szCs w:val="20"/>
                <w:lang w:val="es-PY"/>
              </w:rPr>
              <w:t>✔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Presentar, dentro del plazo establecido, la documentación requerida para la actualización de su legajo, verificando la autenticidad, vigencia y exactitud de los antecedentes presentados. La falta de presentación, la presentación incompleta, o la no subsanación dentro de los plazos establecidos, implicará que dichos antecedentes no serán considerados para la evaluación curricular correspondiente, sin perjuicio de las responsabilidades administrativas o penales que pudieran derivarse en caso de falsedad o declaración inexacta.</w:t>
            </w: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11016" w:type="dxa"/>
            <w:gridSpan w:val="6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DOCUMENTACIONES OBRANTES EN EL LEGAJO</w:t>
            </w: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N°</w:t>
            </w:r>
          </w:p>
        </w:tc>
        <w:tc>
          <w:tcPr>
            <w:tcW w:w="4065" w:type="dxa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Documento</w:t>
            </w:r>
          </w:p>
        </w:tc>
        <w:tc>
          <w:tcPr>
            <w:tcW w:w="1105" w:type="dxa"/>
            <w:gridSpan w:val="2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Completo*</w:t>
            </w:r>
          </w:p>
        </w:tc>
        <w:tc>
          <w:tcPr>
            <w:tcW w:w="1017" w:type="dxa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Faltante*</w:t>
            </w:r>
          </w:p>
        </w:tc>
        <w:tc>
          <w:tcPr>
            <w:tcW w:w="4297" w:type="dxa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Observación*</w:t>
            </w: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1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Cédula de identidad vigente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2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Nombramiento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3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Documentos de designación de funciones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4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Certificado de trabajo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5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Título/Constancia de estudios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6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Capacitaciones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7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Evaluaciones de desempeño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8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Sanciones (si corresponde)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9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Promociones/Premios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10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Antecedente policial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532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11</w:t>
            </w:r>
          </w:p>
        </w:tc>
        <w:tc>
          <w:tcPr>
            <w:tcW w:w="4065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Antecedente judicial</w:t>
            </w:r>
          </w:p>
        </w:tc>
        <w:tc>
          <w:tcPr>
            <w:tcW w:w="1105" w:type="dxa"/>
            <w:gridSpan w:val="2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1017" w:type="dxa"/>
          </w:tcPr>
          <w:p w:rsidR="00017218" w:rsidRPr="00D20C1B" w:rsidRDefault="00017218" w:rsidP="00B719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PY"/>
              </w:rPr>
            </w:pPr>
            <w:r w:rsidRPr="00D20C1B">
              <w:rPr>
                <w:rFonts w:ascii="Segoe UI Symbol" w:hAnsi="Segoe UI Symbol" w:cs="Segoe UI Symbol"/>
                <w:sz w:val="20"/>
                <w:szCs w:val="20"/>
                <w:lang w:val="es-PY"/>
              </w:rPr>
              <w:t>☐</w:t>
            </w:r>
          </w:p>
        </w:tc>
        <w:tc>
          <w:tcPr>
            <w:tcW w:w="4297" w:type="dxa"/>
          </w:tcPr>
          <w:p w:rsidR="00017218" w:rsidRPr="00D20C1B" w:rsidRDefault="00017218" w:rsidP="00B7190D">
            <w:pP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</w:trPr>
        <w:tc>
          <w:tcPr>
            <w:tcW w:w="11016" w:type="dxa"/>
            <w:gridSpan w:val="6"/>
          </w:tcPr>
          <w:p w:rsidR="00017218" w:rsidRPr="00D20C1B" w:rsidRDefault="00017218" w:rsidP="00B7190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(*) Referencias: </w:t>
            </w:r>
          </w:p>
          <w:p w:rsidR="00017218" w:rsidRPr="00D20C1B" w:rsidRDefault="00017218" w:rsidP="00B7190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s-PY"/>
              </w:rPr>
              <w:t>Completo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: Documento vigente que cumple con todas las formalidades requeridas.</w:t>
            </w:r>
          </w:p>
          <w:p w:rsidR="00017218" w:rsidRPr="00D20C1B" w:rsidRDefault="00017218" w:rsidP="00B7190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s-PY"/>
              </w:rPr>
              <w:t>Faltantes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: Documento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faltante o que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carece de algu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na formalidad necesaria.</w:t>
            </w:r>
          </w:p>
          <w:p w:rsidR="00017218" w:rsidRDefault="00017218" w:rsidP="00B7190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s-PY"/>
              </w:rPr>
              <w:t>Observación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: Documento vencido, falta formalidad, etc.</w:t>
            </w:r>
          </w:p>
          <w:p w:rsidR="00017218" w:rsidRPr="00D20C1B" w:rsidRDefault="00017218" w:rsidP="00B7190D">
            <w:pPr>
              <w:jc w:val="both"/>
              <w:rPr>
                <w:rFonts w:ascii="Times New Roman" w:hAnsi="Times New Roman" w:cs="Times New Roman"/>
                <w:i/>
                <w:sz w:val="12"/>
                <w:szCs w:val="20"/>
                <w:lang w:val="es-PY"/>
              </w:rPr>
            </w:pPr>
          </w:p>
        </w:tc>
      </w:tr>
      <w:tr w:rsidR="00017218" w:rsidRPr="00D20C1B" w:rsidTr="00B7190D">
        <w:trPr>
          <w:gridAfter w:val="1"/>
          <w:wAfter w:w="7" w:type="dxa"/>
          <w:trHeight w:val="985"/>
        </w:trPr>
        <w:tc>
          <w:tcPr>
            <w:tcW w:w="5604" w:type="dxa"/>
            <w:gridSpan w:val="3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El funcionario deja constancia de su conformidad con la verificación efectuada, comprometiéndose, de corresponder, a la actualización de su legajo en tiempo y forma mediante la presentación de la documentación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>o formalidad</w:t>
            </w:r>
            <w:r w:rsidRPr="00D20C1B"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  <w:t xml:space="preserve"> requerida.</w:t>
            </w: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 xml:space="preserve">                                                       </w:t>
            </w:r>
          </w:p>
        </w:tc>
        <w:tc>
          <w:tcPr>
            <w:tcW w:w="5412" w:type="dxa"/>
            <w:gridSpan w:val="3"/>
            <w:shd w:val="clear" w:color="auto" w:fill="D9D9D9" w:themeFill="background1" w:themeFillShade="D9"/>
          </w:tcPr>
          <w:p w:rsidR="00017218" w:rsidRPr="00D20C1B" w:rsidRDefault="00017218" w:rsidP="00B7190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s-PY"/>
              </w:rPr>
            </w:pPr>
            <w:r w:rsidRPr="00D20C1B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PY"/>
              </w:rPr>
              <w:t>Firma del Funcionario:</w:t>
            </w:r>
          </w:p>
        </w:tc>
      </w:tr>
    </w:tbl>
    <w:p w:rsidR="00116CF5" w:rsidRPr="00B7190D" w:rsidRDefault="00B7190D" w:rsidP="00B7190D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  <w:lang w:val="es-PY"/>
        </w:rPr>
      </w:pPr>
      <w:r w:rsidRPr="00B7190D">
        <w:rPr>
          <w:rFonts w:ascii="Times New Roman" w:hAnsi="Times New Roman" w:cs="Times New Roman"/>
          <w:b/>
          <w:i/>
          <w:szCs w:val="24"/>
          <w:lang w:val="es-PY"/>
        </w:rPr>
        <w:t>ANEXO I</w:t>
      </w:r>
    </w:p>
    <w:p w:rsidR="00C7780B" w:rsidRDefault="00B7190D" w:rsidP="00C7780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s-PY"/>
        </w:rPr>
      </w:pPr>
      <w:r w:rsidRPr="00D20C1B">
        <w:rPr>
          <w:rFonts w:ascii="Times New Roman" w:hAnsi="Times New Roman" w:cs="Times New Roman"/>
          <w:noProof/>
          <w:sz w:val="20"/>
          <w:szCs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A82DA54" wp14:editId="78FE80C9">
                <wp:simplePos x="0" y="0"/>
                <wp:positionH relativeFrom="column">
                  <wp:posOffset>-47625</wp:posOffset>
                </wp:positionH>
                <wp:positionV relativeFrom="paragraph">
                  <wp:posOffset>7113905</wp:posOffset>
                </wp:positionV>
                <wp:extent cx="6985000" cy="1714500"/>
                <wp:effectExtent l="0" t="0" r="25400" b="190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1714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85761" w:rsidRPr="00C7780B" w:rsidRDefault="00985761" w:rsidP="00C7780B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hd w:val="clear" w:color="auto" w:fill="D9D9D9" w:themeFill="background1" w:themeFillShade="D9"/>
                              <w:spacing w:after="0" w:line="240" w:lineRule="auto"/>
                              <w:ind w:right="-2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  <w:r w:rsidRPr="00C7780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  <w:t>CONSTANCIA DE VERIFICACIÓN DE LEGAJO</w:t>
                            </w:r>
                          </w:p>
                          <w:p w:rsidR="00FD695A" w:rsidRPr="00C7780B" w:rsidRDefault="00985761" w:rsidP="00C7780B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hd w:val="clear" w:color="auto" w:fill="D9D9D9" w:themeFill="background1" w:themeFillShade="D9"/>
                              <w:spacing w:after="0" w:line="240" w:lineRule="auto"/>
                              <w:ind w:right="-2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  <w:r w:rsidRPr="00C7780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val="es-PY"/>
                              </w:rPr>
                              <w:t xml:space="preserve">Finalizada la verificación y actualización del legajo, </w:t>
                            </w:r>
                            <w:r w:rsidRPr="00C7780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s-PY"/>
                              </w:rPr>
                              <w:t xml:space="preserve">el funcionario deja constancia de haber efectuado dicho procedimiento, validándose el presente documento para la evaluación curricular requerida en el </w:t>
                            </w:r>
                            <w:r w:rsidRPr="00C7780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  <w:t>Proceso de Incorporación a la Carrera del Servicio Civil.</w:t>
                            </w:r>
                          </w:p>
                          <w:p w:rsidR="00FD695A" w:rsidRPr="00C7780B" w:rsidRDefault="00FD695A" w:rsidP="00C7780B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hd w:val="clear" w:color="auto" w:fill="D9D9D9" w:themeFill="background1" w:themeFillShade="D9"/>
                              <w:spacing w:after="0" w:line="240" w:lineRule="auto"/>
                              <w:ind w:right="-22"/>
                              <w:jc w:val="both"/>
                              <w:rPr>
                                <w:rFonts w:ascii="Times New Roman" w:eastAsia="MS Gothic" w:hAnsi="Times New Roman" w:cs="Times New Roman"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  <w:r w:rsidRPr="00C7780B">
                              <w:rPr>
                                <w:rFonts w:ascii="Times New Roman" w:eastAsia="MS Gothic" w:hAnsi="Times New Roman" w:cs="Times New Roman"/>
                                <w:i/>
                                <w:sz w:val="24"/>
                                <w:szCs w:val="24"/>
                                <w:lang w:val="es-PY"/>
                              </w:rPr>
                              <w:t>En prueba de conformidad firma el funcionario</w:t>
                            </w:r>
                          </w:p>
                          <w:p w:rsidR="00C7780B" w:rsidRDefault="00C7780B" w:rsidP="00C7780B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</w:p>
                          <w:p w:rsidR="00D20C1B" w:rsidRDefault="00FD695A" w:rsidP="00C7780B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  <w:r w:rsidRPr="00C7780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  <w:t>Firma del Funcionario:</w:t>
                            </w:r>
                          </w:p>
                          <w:p w:rsidR="00C7780B" w:rsidRPr="00C7780B" w:rsidRDefault="00C7780B" w:rsidP="00C7780B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</w:p>
                          <w:p w:rsidR="00FD695A" w:rsidRPr="00C7780B" w:rsidRDefault="00FD695A" w:rsidP="00C7780B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</w:pPr>
                            <w:r w:rsidRPr="00C7780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  <w:t xml:space="preserve">Fecha: </w:t>
                            </w:r>
                            <w:r w:rsidR="00C7780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  <w:t>_____</w:t>
                            </w:r>
                            <w:r w:rsidRPr="00C7780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s-PY"/>
                              </w:rPr>
                              <w:t>/____/______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2DA5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.75pt;margin-top:560.15pt;width:550pt;height:13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" fillcolor="#d8d8d8 [2732]" strokeweight=".5pt">
                <v:textbox>
                  <w:txbxContent>
                    <w:p w:rsidR="00985761" w:rsidRPr="00C7780B" w:rsidRDefault="00985761" w:rsidP="00C7780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hd w:val="clear" w:color="auto" w:fill="D9D9D9" w:themeFill="background1" w:themeFillShade="D9"/>
                        <w:spacing w:after="0" w:line="240" w:lineRule="auto"/>
                        <w:ind w:right="-22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</w:pPr>
                      <w:r w:rsidRPr="00C7780B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  <w:t>CONSTANCIA DE VERIFICACIÓN DE LEGAJO</w:t>
                      </w:r>
                    </w:p>
                    <w:p w:rsidR="00FD695A" w:rsidRPr="00C7780B" w:rsidRDefault="00985761" w:rsidP="00C7780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hd w:val="clear" w:color="auto" w:fill="D9D9D9" w:themeFill="background1" w:themeFillShade="D9"/>
                        <w:spacing w:after="0" w:line="240" w:lineRule="auto"/>
                        <w:ind w:right="-22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</w:pPr>
                      <w:r w:rsidRPr="00C7780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  <w:lang w:val="es-PY"/>
                        </w:rPr>
                        <w:t xml:space="preserve">Finalizada la verificación y actualización del legajo, </w:t>
                      </w:r>
                      <w:r w:rsidRPr="00C7780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s-PY"/>
                        </w:rPr>
                        <w:t xml:space="preserve">el funcionario deja constancia de haber efectuado dicho procedimiento, validándose el presente documento para la evaluación curricular requerida en el </w:t>
                      </w:r>
                      <w:r w:rsidRPr="00C7780B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  <w:t>Proceso de Incorporación a la Carrera del Servicio Civil.</w:t>
                      </w:r>
                    </w:p>
                    <w:p w:rsidR="00FD695A" w:rsidRPr="00C7780B" w:rsidRDefault="00FD695A" w:rsidP="00C7780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hd w:val="clear" w:color="auto" w:fill="D9D9D9" w:themeFill="background1" w:themeFillShade="D9"/>
                        <w:spacing w:after="0" w:line="240" w:lineRule="auto"/>
                        <w:ind w:right="-22"/>
                        <w:jc w:val="both"/>
                        <w:rPr>
                          <w:rFonts w:ascii="Times New Roman" w:eastAsia="MS Gothic" w:hAnsi="Times New Roman" w:cs="Times New Roman"/>
                          <w:i/>
                          <w:sz w:val="24"/>
                          <w:szCs w:val="24"/>
                          <w:lang w:val="es-PY"/>
                        </w:rPr>
                      </w:pPr>
                      <w:r w:rsidRPr="00C7780B">
                        <w:rPr>
                          <w:rFonts w:ascii="Times New Roman" w:eastAsia="MS Gothic" w:hAnsi="Times New Roman" w:cs="Times New Roman"/>
                          <w:i/>
                          <w:sz w:val="24"/>
                          <w:szCs w:val="24"/>
                          <w:lang w:val="es-PY"/>
                        </w:rPr>
                        <w:t>En prueba de conformidad firma el funcionario</w:t>
                      </w:r>
                    </w:p>
                    <w:p w:rsidR="00C7780B" w:rsidRDefault="00C7780B" w:rsidP="00C7780B">
                      <w:pPr>
                        <w:shd w:val="clear" w:color="auto" w:fill="D9D9D9" w:themeFill="background1" w:themeFillShade="D9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</w:pPr>
                    </w:p>
                    <w:p w:rsidR="00D20C1B" w:rsidRDefault="00FD695A" w:rsidP="00C7780B">
                      <w:pPr>
                        <w:shd w:val="clear" w:color="auto" w:fill="D9D9D9" w:themeFill="background1" w:themeFillShade="D9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</w:pPr>
                      <w:r w:rsidRPr="00C7780B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  <w:t>Firma del Funcionario:</w:t>
                      </w:r>
                    </w:p>
                    <w:p w:rsidR="00C7780B" w:rsidRPr="00C7780B" w:rsidRDefault="00C7780B" w:rsidP="00C7780B">
                      <w:pPr>
                        <w:shd w:val="clear" w:color="auto" w:fill="D9D9D9" w:themeFill="background1" w:themeFillShade="D9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</w:pPr>
                    </w:p>
                    <w:p w:rsidR="00FD695A" w:rsidRPr="00C7780B" w:rsidRDefault="00FD695A" w:rsidP="00C7780B">
                      <w:pPr>
                        <w:shd w:val="clear" w:color="auto" w:fill="D9D9D9" w:themeFill="background1" w:themeFillShade="D9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</w:pPr>
                      <w:r w:rsidRPr="00C7780B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  <w:t xml:space="preserve">Fecha: </w:t>
                      </w:r>
                      <w:r w:rsidR="00C7780B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  <w:t>_____</w:t>
                      </w:r>
                      <w:r w:rsidRPr="00C7780B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s-PY"/>
                        </w:rPr>
                        <w:t>/____/______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7780B" w:rsidRPr="00C7780B" w:rsidRDefault="00C7780B" w:rsidP="00C7780B">
      <w:pPr>
        <w:rPr>
          <w:rFonts w:ascii="Times New Roman" w:hAnsi="Times New Roman" w:cs="Times New Roman"/>
          <w:sz w:val="20"/>
          <w:szCs w:val="20"/>
          <w:lang w:val="es-PY"/>
        </w:rPr>
      </w:pPr>
    </w:p>
    <w:p w:rsidR="00C7780B" w:rsidRPr="00C7780B" w:rsidRDefault="00C7780B" w:rsidP="00C7780B">
      <w:pPr>
        <w:rPr>
          <w:rFonts w:ascii="Times New Roman" w:hAnsi="Times New Roman" w:cs="Times New Roman"/>
          <w:sz w:val="20"/>
          <w:szCs w:val="20"/>
          <w:lang w:val="es-PY"/>
        </w:rPr>
      </w:pPr>
    </w:p>
    <w:p w:rsidR="00C7780B" w:rsidRPr="00C7780B" w:rsidRDefault="00C7780B" w:rsidP="00C7780B">
      <w:pPr>
        <w:rPr>
          <w:rFonts w:ascii="Times New Roman" w:hAnsi="Times New Roman" w:cs="Times New Roman"/>
          <w:sz w:val="20"/>
          <w:szCs w:val="20"/>
          <w:lang w:val="es-PY"/>
        </w:rPr>
      </w:pPr>
    </w:p>
    <w:p w:rsidR="00C7780B" w:rsidRPr="00C7780B" w:rsidRDefault="00C7780B" w:rsidP="00C7780B">
      <w:pPr>
        <w:rPr>
          <w:rFonts w:ascii="Times New Roman" w:hAnsi="Times New Roman" w:cs="Times New Roman"/>
          <w:sz w:val="20"/>
          <w:szCs w:val="20"/>
          <w:lang w:val="es-PY"/>
        </w:rPr>
      </w:pPr>
    </w:p>
    <w:p w:rsidR="00C7780B" w:rsidRPr="00C7780B" w:rsidRDefault="00C7780B" w:rsidP="00C7780B">
      <w:pPr>
        <w:tabs>
          <w:tab w:val="left" w:pos="1947"/>
        </w:tabs>
        <w:rPr>
          <w:rFonts w:ascii="Times New Roman" w:hAnsi="Times New Roman" w:cs="Times New Roman"/>
          <w:sz w:val="20"/>
          <w:szCs w:val="20"/>
          <w:lang w:val="es-PY"/>
        </w:rPr>
      </w:pPr>
      <w:r>
        <w:rPr>
          <w:rFonts w:ascii="Times New Roman" w:hAnsi="Times New Roman" w:cs="Times New Roman"/>
          <w:sz w:val="20"/>
          <w:szCs w:val="20"/>
          <w:lang w:val="es-PY"/>
        </w:rPr>
        <w:tab/>
      </w:r>
    </w:p>
    <w:sectPr w:rsidR="00C7780B" w:rsidRPr="00C7780B" w:rsidSect="00B7190D">
      <w:headerReference w:type="default" r:id="rId8"/>
      <w:pgSz w:w="11906" w:h="16838" w:code="9"/>
      <w:pgMar w:top="709" w:right="720" w:bottom="12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CD" w:rsidRDefault="00BA4BCD" w:rsidP="00577689">
      <w:pPr>
        <w:spacing w:after="0" w:line="240" w:lineRule="auto"/>
      </w:pPr>
      <w:r>
        <w:separator/>
      </w:r>
    </w:p>
  </w:endnote>
  <w:endnote w:type="continuationSeparator" w:id="0">
    <w:p w:rsidR="00BA4BCD" w:rsidRDefault="00BA4BCD" w:rsidP="00577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CD" w:rsidRDefault="00BA4BCD" w:rsidP="00577689">
      <w:pPr>
        <w:spacing w:after="0" w:line="240" w:lineRule="auto"/>
      </w:pPr>
      <w:r>
        <w:separator/>
      </w:r>
    </w:p>
  </w:footnote>
  <w:footnote w:type="continuationSeparator" w:id="0">
    <w:p w:rsidR="00BA4BCD" w:rsidRDefault="00BA4BCD" w:rsidP="00577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218" w:rsidRDefault="00CD60F4" w:rsidP="00071265">
    <w:pPr>
      <w:pStyle w:val="Encabezado"/>
      <w:tabs>
        <w:tab w:val="clear" w:pos="4680"/>
        <w:tab w:val="clear" w:pos="9360"/>
        <w:tab w:val="left" w:pos="6018"/>
      </w:tabs>
    </w:pPr>
    <w:r>
      <w:rPr>
        <w:noProof/>
        <w:lang w:val="es-PY" w:eastAsia="es-PY"/>
      </w:rPr>
      <w:drawing>
        <wp:anchor distT="0" distB="0" distL="114300" distR="114300" simplePos="0" relativeHeight="251658240" behindDoc="0" locked="0" layoutInCell="1" allowOverlap="1" wp14:anchorId="6E4394A9" wp14:editId="31AAF847">
          <wp:simplePos x="0" y="0"/>
          <wp:positionH relativeFrom="margin">
            <wp:posOffset>2698774</wp:posOffset>
          </wp:positionH>
          <wp:positionV relativeFrom="margin">
            <wp:posOffset>-941909</wp:posOffset>
          </wp:positionV>
          <wp:extent cx="1094105" cy="913765"/>
          <wp:effectExtent l="0" t="0" r="0" b="571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Y" w:eastAsia="es-PY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09D5D6D" wp14:editId="2015F43E">
              <wp:simplePos x="0" y="0"/>
              <wp:positionH relativeFrom="column">
                <wp:posOffset>439947</wp:posOffset>
              </wp:positionH>
              <wp:positionV relativeFrom="paragraph">
                <wp:posOffset>-146649</wp:posOffset>
              </wp:positionV>
              <wp:extent cx="2647890" cy="663961"/>
              <wp:effectExtent l="0" t="0" r="0" b="317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47890" cy="663961"/>
                        <a:chOff x="2132" y="414"/>
                        <a:chExt cx="2876" cy="837"/>
                      </a:xfrm>
                    </wpg:grpSpPr>
                    <wps:wsp>
                      <wps:cNvPr id="3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2920" y="414"/>
                          <a:ext cx="2088" cy="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60F4" w:rsidRPr="00CD60F4" w:rsidRDefault="00CD60F4" w:rsidP="00CD60F4">
                            <w:pPr>
                              <w:spacing w:line="240" w:lineRule="auto"/>
                              <w:ind w:left="-142"/>
                              <w:rPr>
                                <w:rFonts w:ascii="Tahoma" w:hAnsi="Tahoma" w:cs="Tahoma"/>
                                <w:b/>
                                <w:color w:val="595959"/>
                                <w:szCs w:val="20"/>
                              </w:rPr>
                            </w:pPr>
                            <w:r w:rsidRPr="00CD60F4">
                              <w:rPr>
                                <w:rFonts w:ascii="Tahoma" w:hAnsi="Tahoma" w:cs="Tahoma"/>
                                <w:b/>
                                <w:color w:val="595959"/>
                                <w:szCs w:val="20"/>
                              </w:rPr>
                              <w:t>POLICÍA</w:t>
                            </w:r>
                          </w:p>
                          <w:p w:rsidR="00CD60F4" w:rsidRPr="00CD60F4" w:rsidRDefault="00CD60F4" w:rsidP="00CD60F4">
                            <w:pPr>
                              <w:spacing w:line="240" w:lineRule="auto"/>
                              <w:ind w:left="-142"/>
                              <w:rPr>
                                <w:rFonts w:ascii="Tahoma" w:hAnsi="Tahoma" w:cs="Tahoma"/>
                                <w:b/>
                                <w:color w:val="595959"/>
                                <w:szCs w:val="20"/>
                              </w:rPr>
                            </w:pPr>
                            <w:r w:rsidRPr="00CD60F4">
                              <w:rPr>
                                <w:rFonts w:ascii="Tahoma" w:hAnsi="Tahoma" w:cs="Tahoma"/>
                                <w:b/>
                                <w:color w:val="595959"/>
                                <w:szCs w:val="20"/>
                              </w:rPr>
                              <w:t>NACIONAL</w:t>
                            </w:r>
                          </w:p>
                          <w:p w:rsidR="00CD60F4" w:rsidRDefault="00CD60F4" w:rsidP="00CD60F4">
                            <w:pPr>
                              <w:ind w:left="-142"/>
                              <w:rPr>
                                <w:rFonts w:ascii="Tahoma" w:hAnsi="Tahoma" w:cs="Tahoma"/>
                                <w:b/>
                                <w:color w:val="595959"/>
                              </w:rPr>
                            </w:pPr>
                            <w:r w:rsidRPr="00BD63E1">
                              <w:rPr>
                                <w:rFonts w:ascii="Tahoma" w:hAnsi="Tahoma" w:cs="Tahoma"/>
                                <w:b/>
                                <w:color w:val="595959"/>
                              </w:rPr>
                              <w:t xml:space="preserve"> </w:t>
                            </w:r>
                          </w:p>
                          <w:p w:rsidR="00CD60F4" w:rsidRPr="00BD63E1" w:rsidRDefault="00CD60F4" w:rsidP="00CD60F4">
                            <w:pPr>
                              <w:ind w:left="-142"/>
                              <w:rPr>
                                <w:rFonts w:ascii="Tahoma" w:hAnsi="Tahoma" w:cs="Tahoma"/>
                                <w:b/>
                                <w:color w:val="595959"/>
                              </w:rPr>
                            </w:pPr>
                            <w:r w:rsidRPr="00BD63E1">
                              <w:rPr>
                                <w:rFonts w:ascii="Tahoma" w:hAnsi="Tahoma" w:cs="Tahoma"/>
                                <w:b/>
                                <w:color w:val="595959"/>
                              </w:rPr>
                              <w:t>NACIONAL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n 13" descr="Coat of arms of Paraguay.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2" y="464"/>
                          <a:ext cx="714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9D5D6D" id="Grupo 1" o:spid="_x0000_s1027" style="position:absolute;margin-left:34.65pt;margin-top:-11.55pt;width:208.5pt;height:52.3pt;z-index:251657216" coordorigin="2132,414" coordsize="2876,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2920;top:414;width:2088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:rsidR="00CD60F4" w:rsidRPr="00CD60F4" w:rsidRDefault="00CD60F4" w:rsidP="00CD60F4">
                      <w:pPr>
                        <w:spacing w:line="240" w:lineRule="auto"/>
                        <w:ind w:left="-142"/>
                        <w:rPr>
                          <w:rFonts w:ascii="Tahoma" w:hAnsi="Tahoma" w:cs="Tahoma"/>
                          <w:b/>
                          <w:color w:val="595959"/>
                          <w:szCs w:val="20"/>
                        </w:rPr>
                      </w:pPr>
                      <w:r w:rsidRPr="00CD60F4">
                        <w:rPr>
                          <w:rFonts w:ascii="Tahoma" w:hAnsi="Tahoma" w:cs="Tahoma"/>
                          <w:b/>
                          <w:color w:val="595959"/>
                          <w:szCs w:val="20"/>
                        </w:rPr>
                        <w:t>POLICÍA</w:t>
                      </w:r>
                    </w:p>
                    <w:p w:rsidR="00CD60F4" w:rsidRPr="00CD60F4" w:rsidRDefault="00CD60F4" w:rsidP="00CD60F4">
                      <w:pPr>
                        <w:spacing w:line="240" w:lineRule="auto"/>
                        <w:ind w:left="-142"/>
                        <w:rPr>
                          <w:rFonts w:ascii="Tahoma" w:hAnsi="Tahoma" w:cs="Tahoma"/>
                          <w:b/>
                          <w:color w:val="595959"/>
                          <w:szCs w:val="20"/>
                        </w:rPr>
                      </w:pPr>
                      <w:r w:rsidRPr="00CD60F4">
                        <w:rPr>
                          <w:rFonts w:ascii="Tahoma" w:hAnsi="Tahoma" w:cs="Tahoma"/>
                          <w:b/>
                          <w:color w:val="595959"/>
                          <w:szCs w:val="20"/>
                        </w:rPr>
                        <w:t>NACIONAL</w:t>
                      </w:r>
                    </w:p>
                    <w:p w:rsidR="00CD60F4" w:rsidRDefault="00CD60F4" w:rsidP="00CD60F4">
                      <w:pPr>
                        <w:ind w:left="-142"/>
                        <w:rPr>
                          <w:rFonts w:ascii="Tahoma" w:hAnsi="Tahoma" w:cs="Tahoma"/>
                          <w:b/>
                          <w:color w:val="595959"/>
                        </w:rPr>
                      </w:pPr>
                      <w:r w:rsidRPr="00BD63E1">
                        <w:rPr>
                          <w:rFonts w:ascii="Tahoma" w:hAnsi="Tahoma" w:cs="Tahoma"/>
                          <w:b/>
                          <w:color w:val="595959"/>
                        </w:rPr>
                        <w:t xml:space="preserve"> </w:t>
                      </w:r>
                    </w:p>
                    <w:p w:rsidR="00CD60F4" w:rsidRPr="00BD63E1" w:rsidRDefault="00CD60F4" w:rsidP="00CD60F4">
                      <w:pPr>
                        <w:ind w:left="-142"/>
                        <w:rPr>
                          <w:rFonts w:ascii="Tahoma" w:hAnsi="Tahoma" w:cs="Tahoma"/>
                          <w:b/>
                          <w:color w:val="595959"/>
                        </w:rPr>
                      </w:pPr>
                      <w:r w:rsidRPr="00BD63E1">
                        <w:rPr>
                          <w:rFonts w:ascii="Tahoma" w:hAnsi="Tahoma" w:cs="Tahoma"/>
                          <w:b/>
                          <w:color w:val="595959"/>
                        </w:rPr>
                        <w:t>NACIONAL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3" o:spid="_x0000_s1029" type="#_x0000_t75" alt="Coat of arms of Paraguay.svg" style="position:absolute;left:2132;top:464;width:714;height: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">
                <v:imagedata r:id="rId3" o:title="Coat of arms of Paraguay"/>
              </v:shape>
            </v:group>
          </w:pict>
        </mc:Fallback>
      </mc:AlternateContent>
    </w:r>
    <w:r>
      <w:rPr>
        <w:noProof/>
        <w:lang w:val="es-PY" w:eastAsia="es-PY"/>
      </w:rPr>
      <w:drawing>
        <wp:anchor distT="0" distB="0" distL="114300" distR="114300" simplePos="0" relativeHeight="251662336" behindDoc="0" locked="0" layoutInCell="1" allowOverlap="1" wp14:anchorId="0547B99B" wp14:editId="2BA822F0">
          <wp:simplePos x="0" y="0"/>
          <wp:positionH relativeFrom="column">
            <wp:posOffset>4182517</wp:posOffset>
          </wp:positionH>
          <wp:positionV relativeFrom="paragraph">
            <wp:posOffset>-185252</wp:posOffset>
          </wp:positionV>
          <wp:extent cx="2299335" cy="474980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1" t="34149" r="10451" b="24525"/>
                  <a:stretch>
                    <a:fillRect/>
                  </a:stretch>
                </pic:blipFill>
                <pic:spPr bwMode="auto">
                  <a:xfrm>
                    <a:off x="0" y="0"/>
                    <a:ext cx="229933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265">
      <w:tab/>
    </w:r>
  </w:p>
  <w:p w:rsidR="00CD60F4" w:rsidRDefault="00CD60F4" w:rsidP="00071265">
    <w:pPr>
      <w:pStyle w:val="Encabezado"/>
      <w:tabs>
        <w:tab w:val="clear" w:pos="4680"/>
        <w:tab w:val="clear" w:pos="9360"/>
        <w:tab w:val="left" w:pos="6018"/>
      </w:tabs>
    </w:pPr>
  </w:p>
  <w:p w:rsidR="00CD60F4" w:rsidRPr="00017218" w:rsidRDefault="00CD60F4" w:rsidP="00071265">
    <w:pPr>
      <w:pStyle w:val="Encabezado"/>
      <w:tabs>
        <w:tab w:val="clear" w:pos="4680"/>
        <w:tab w:val="clear" w:pos="9360"/>
        <w:tab w:val="left" w:pos="601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B24E24"/>
    <w:multiLevelType w:val="hybridMultilevel"/>
    <w:tmpl w:val="18A4BE8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7218"/>
    <w:rsid w:val="00034616"/>
    <w:rsid w:val="0006063C"/>
    <w:rsid w:val="00071265"/>
    <w:rsid w:val="00077BAA"/>
    <w:rsid w:val="00080293"/>
    <w:rsid w:val="00116CF5"/>
    <w:rsid w:val="00117702"/>
    <w:rsid w:val="0015074B"/>
    <w:rsid w:val="001F41F8"/>
    <w:rsid w:val="00210589"/>
    <w:rsid w:val="00216CC4"/>
    <w:rsid w:val="00222BFF"/>
    <w:rsid w:val="00236EB2"/>
    <w:rsid w:val="0029639D"/>
    <w:rsid w:val="002A6F78"/>
    <w:rsid w:val="00326F90"/>
    <w:rsid w:val="0044062E"/>
    <w:rsid w:val="00577689"/>
    <w:rsid w:val="00771F7D"/>
    <w:rsid w:val="007A7646"/>
    <w:rsid w:val="007C0342"/>
    <w:rsid w:val="00985761"/>
    <w:rsid w:val="00AA1D8D"/>
    <w:rsid w:val="00AD64EA"/>
    <w:rsid w:val="00B47730"/>
    <w:rsid w:val="00B7190D"/>
    <w:rsid w:val="00BA4BCD"/>
    <w:rsid w:val="00C7780B"/>
    <w:rsid w:val="00CB0664"/>
    <w:rsid w:val="00CD60F4"/>
    <w:rsid w:val="00D06394"/>
    <w:rsid w:val="00D20C1B"/>
    <w:rsid w:val="00E10B94"/>
    <w:rsid w:val="00FC693F"/>
    <w:rsid w:val="00FD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8DCAF5"/>
  <w14:defaultImageDpi w14:val="300"/>
  <w15:docId w15:val="{96161728-C8F7-42BC-86C4-92078F5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aliases w:val="Título 2.,B),titulo 3,titulo 5"/>
    <w:basedOn w:val="Normal"/>
    <w:link w:val="PrrafodelistaCar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rrafodelistaCar">
    <w:name w:val="Párrafo de lista Car"/>
    <w:aliases w:val="Título 2. Car,B) Car,titulo 3 Car,titulo 5 Car"/>
    <w:link w:val="Prrafodelista"/>
    <w:uiPriority w:val="34"/>
    <w:locked/>
    <w:rsid w:val="00116CF5"/>
  </w:style>
  <w:style w:type="paragraph" w:styleId="Textodeglobo">
    <w:name w:val="Balloon Text"/>
    <w:basedOn w:val="Normal"/>
    <w:link w:val="TextodegloboCar"/>
    <w:uiPriority w:val="99"/>
    <w:semiHidden/>
    <w:unhideWhenUsed/>
    <w:rsid w:val="00D20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A8EDFE-4746-4B0C-950D-BC8B12BA9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418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User</cp:lastModifiedBy>
  <cp:revision>16</cp:revision>
  <cp:lastPrinted>2026-03-26T12:18:00Z</cp:lastPrinted>
  <dcterms:created xsi:type="dcterms:W3CDTF">2026-03-17T13:48:00Z</dcterms:created>
  <dcterms:modified xsi:type="dcterms:W3CDTF">2026-09-24T15:30:00Z</dcterms:modified>
</cp:coreProperties>
</file>